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83E7A3" w14:textId="5801A771" w:rsidR="00B2774E" w:rsidRPr="00B2774E" w:rsidRDefault="00A77680" w:rsidP="00B2774E">
      <w:pPr>
        <w:jc w:val="center"/>
        <w:rPr>
          <w:b/>
          <w:bCs/>
          <w:color w:val="1F497D" w:themeColor="text2"/>
          <w:sz w:val="28"/>
          <w:szCs w:val="28"/>
          <w:u w:val="single"/>
          <w:lang w:val="pl-PL"/>
        </w:rPr>
      </w:pPr>
      <w:r w:rsidRPr="00B2774E">
        <w:rPr>
          <w:b/>
          <w:bCs/>
          <w:color w:val="1F497D" w:themeColor="text2"/>
          <w:sz w:val="28"/>
          <w:szCs w:val="28"/>
          <w:u w:val="single"/>
          <w:lang w:val="pl-PL"/>
        </w:rPr>
        <w:t>Deklaracja członkowska</w:t>
      </w:r>
      <w:r w:rsidR="00837BCF">
        <w:rPr>
          <w:b/>
          <w:bCs/>
          <w:color w:val="1F497D" w:themeColor="text2"/>
          <w:sz w:val="28"/>
          <w:szCs w:val="28"/>
          <w:u w:val="single"/>
          <w:lang w:val="pl-PL"/>
        </w:rPr>
        <w:t xml:space="preserve"> zwyczajnego</w:t>
      </w:r>
    </w:p>
    <w:p w14:paraId="7F2B8578" w14:textId="578369EF" w:rsidR="00B2774E" w:rsidRDefault="00B2774E" w:rsidP="00B2774E">
      <w:pPr>
        <w:jc w:val="center"/>
        <w:rPr>
          <w:b/>
          <w:bCs/>
          <w:color w:val="1F497D" w:themeColor="text2"/>
          <w:sz w:val="28"/>
          <w:szCs w:val="28"/>
          <w:u w:val="single"/>
          <w:lang w:val="pl-PL"/>
        </w:rPr>
      </w:pPr>
      <w:r w:rsidRPr="00B2774E">
        <w:rPr>
          <w:b/>
          <w:bCs/>
          <w:color w:val="1F497D" w:themeColor="text2"/>
          <w:sz w:val="28"/>
          <w:szCs w:val="28"/>
          <w:u w:val="single"/>
          <w:lang w:val="pl-PL"/>
        </w:rPr>
        <w:t>Stowarzyszenie „Women in Rail” z siedzibą w Warszawie</w:t>
      </w:r>
    </w:p>
    <w:p w14:paraId="752C5B0F" w14:textId="68695382" w:rsidR="00383AF4" w:rsidRPr="00383AF4" w:rsidRDefault="00383AF4" w:rsidP="00B2774E">
      <w:pPr>
        <w:jc w:val="center"/>
        <w:rPr>
          <w:b/>
          <w:bCs/>
          <w:color w:val="1F497D" w:themeColor="text2"/>
          <w:szCs w:val="20"/>
          <w:u w:val="single"/>
          <w:lang w:val="pl-PL"/>
        </w:rPr>
      </w:pPr>
      <w:r w:rsidRPr="00383AF4">
        <w:rPr>
          <w:b/>
          <w:bCs/>
          <w:color w:val="1F497D" w:themeColor="text2"/>
          <w:szCs w:val="20"/>
          <w:u w:val="single"/>
          <w:lang w:val="pl-PL"/>
        </w:rPr>
        <w:t>Numer KRS: 0001199919</w:t>
      </w:r>
    </w:p>
    <w:p w14:paraId="489C70CA" w14:textId="77777777" w:rsidR="006B4B37" w:rsidRDefault="006B4B37">
      <w:pPr>
        <w:rPr>
          <w:lang w:val="pl-PL"/>
        </w:rPr>
      </w:pPr>
    </w:p>
    <w:p w14:paraId="165AF7F4" w14:textId="04D911C2" w:rsidR="0054783F" w:rsidRPr="007D44F3" w:rsidRDefault="00A77680">
      <w:pPr>
        <w:rPr>
          <w:b/>
          <w:bCs/>
          <w:i/>
          <w:iCs/>
          <w:color w:val="C00000"/>
          <w:lang w:val="pl-PL"/>
        </w:rPr>
      </w:pPr>
      <w:r w:rsidRPr="007D44F3">
        <w:rPr>
          <w:b/>
          <w:bCs/>
          <w:i/>
          <w:iCs/>
          <w:color w:val="C00000"/>
          <w:lang w:val="pl-PL"/>
        </w:rPr>
        <w:t>Wzór dla pełnoletnich osób fizycznych ubiegających się o członkostwo zwyczajne lub nadzwyczajne. Deklarację składa się</w:t>
      </w:r>
      <w:r w:rsidR="008B7C8E" w:rsidRPr="007D44F3">
        <w:rPr>
          <w:b/>
          <w:bCs/>
          <w:i/>
          <w:iCs/>
          <w:color w:val="C00000"/>
          <w:lang w:val="pl-PL"/>
        </w:rPr>
        <w:t xml:space="preserve"> z trzech części tj.</w:t>
      </w:r>
      <w:r w:rsidR="00617D96" w:rsidRPr="007D44F3">
        <w:rPr>
          <w:b/>
          <w:bCs/>
          <w:i/>
          <w:iCs/>
          <w:color w:val="C00000"/>
          <w:lang w:val="pl-PL"/>
        </w:rPr>
        <w:t xml:space="preserve"> (1) danych, oświadczeń i zobowiązań, </w:t>
      </w:r>
      <w:r w:rsidRPr="007D44F3">
        <w:rPr>
          <w:b/>
          <w:bCs/>
          <w:i/>
          <w:iCs/>
          <w:color w:val="C00000"/>
          <w:lang w:val="pl-PL"/>
        </w:rPr>
        <w:t xml:space="preserve"> </w:t>
      </w:r>
      <w:r w:rsidR="00617D96" w:rsidRPr="007D44F3">
        <w:rPr>
          <w:b/>
          <w:bCs/>
          <w:i/>
          <w:iCs/>
          <w:color w:val="C00000"/>
          <w:lang w:val="pl-PL"/>
        </w:rPr>
        <w:t>(2)</w:t>
      </w:r>
      <w:r w:rsidRPr="007D44F3">
        <w:rPr>
          <w:b/>
          <w:bCs/>
          <w:i/>
          <w:iCs/>
          <w:color w:val="C00000"/>
          <w:lang w:val="pl-PL"/>
        </w:rPr>
        <w:t xml:space="preserve"> zgód oraz </w:t>
      </w:r>
      <w:r w:rsidR="007D44F3" w:rsidRPr="007D44F3">
        <w:rPr>
          <w:b/>
          <w:bCs/>
          <w:i/>
          <w:iCs/>
          <w:color w:val="C00000"/>
          <w:lang w:val="pl-PL"/>
        </w:rPr>
        <w:t xml:space="preserve">(3) </w:t>
      </w:r>
      <w:r w:rsidRPr="007D44F3">
        <w:rPr>
          <w:b/>
          <w:bCs/>
          <w:i/>
          <w:iCs/>
          <w:color w:val="C00000"/>
          <w:lang w:val="pl-PL"/>
        </w:rPr>
        <w:t>klauzul</w:t>
      </w:r>
      <w:r w:rsidR="007D44F3" w:rsidRPr="007D44F3">
        <w:rPr>
          <w:b/>
          <w:bCs/>
          <w:i/>
          <w:iCs/>
          <w:color w:val="C00000"/>
          <w:lang w:val="pl-PL"/>
        </w:rPr>
        <w:t>i</w:t>
      </w:r>
      <w:r w:rsidRPr="007D44F3">
        <w:rPr>
          <w:b/>
          <w:bCs/>
          <w:i/>
          <w:iCs/>
          <w:color w:val="C00000"/>
          <w:lang w:val="pl-PL"/>
        </w:rPr>
        <w:t xml:space="preserve"> informacyjn</w:t>
      </w:r>
      <w:r w:rsidR="007D44F3" w:rsidRPr="007D44F3">
        <w:rPr>
          <w:b/>
          <w:bCs/>
          <w:i/>
          <w:iCs/>
          <w:color w:val="C00000"/>
          <w:lang w:val="pl-PL"/>
        </w:rPr>
        <w:t>ej</w:t>
      </w:r>
      <w:r w:rsidRPr="007D44F3">
        <w:rPr>
          <w:b/>
          <w:bCs/>
          <w:i/>
          <w:iCs/>
          <w:color w:val="C00000"/>
          <w:lang w:val="pl-PL"/>
        </w:rPr>
        <w:t xml:space="preserve"> RODO.</w:t>
      </w:r>
    </w:p>
    <w:p w14:paraId="71CF3006" w14:textId="77777777" w:rsidR="006B4B37" w:rsidRDefault="006B4B37">
      <w:pPr>
        <w:pStyle w:val="Nagwek1"/>
        <w:rPr>
          <w:lang w:val="pl-PL"/>
        </w:rPr>
      </w:pPr>
    </w:p>
    <w:p w14:paraId="3AE6F680" w14:textId="349FCED9" w:rsidR="0054783F" w:rsidRPr="002B0B74" w:rsidRDefault="00A77680" w:rsidP="00383AF4">
      <w:pPr>
        <w:pStyle w:val="Nagwek1"/>
        <w:jc w:val="both"/>
        <w:rPr>
          <w:lang w:val="pl-PL"/>
        </w:rPr>
      </w:pPr>
      <w:r w:rsidRPr="002B0B74">
        <w:rPr>
          <w:lang w:val="pl-PL"/>
        </w:rPr>
        <w:t>1 Dane osoby składającej deklarację</w:t>
      </w:r>
    </w:p>
    <w:p w14:paraId="498B6271" w14:textId="77777777" w:rsidR="0054783F" w:rsidRPr="002B0B74" w:rsidRDefault="00A77680" w:rsidP="00383AF4">
      <w:pPr>
        <w:jc w:val="both"/>
        <w:rPr>
          <w:lang w:val="pl-PL"/>
        </w:rPr>
      </w:pPr>
      <w:r w:rsidRPr="002B0B74">
        <w:rPr>
          <w:lang w:val="pl-PL"/>
        </w:rPr>
        <w:t>Imię i nazwisko: ................................................................................................................</w:t>
      </w:r>
    </w:p>
    <w:p w14:paraId="034C7002" w14:textId="77777777" w:rsidR="0054783F" w:rsidRPr="002B0B74" w:rsidRDefault="00A77680" w:rsidP="00383AF4">
      <w:pPr>
        <w:rPr>
          <w:lang w:val="pl-PL"/>
        </w:rPr>
      </w:pPr>
      <w:r w:rsidRPr="002B0B74">
        <w:rPr>
          <w:lang w:val="pl-PL"/>
        </w:rPr>
        <w:t>Adres zamieszkania: .........................................................................................................</w:t>
      </w:r>
      <w:r w:rsidRPr="002B0B74">
        <w:rPr>
          <w:lang w:val="pl-PL"/>
        </w:rPr>
        <w:br/>
        <w:t>........................................................................................................................................</w:t>
      </w:r>
    </w:p>
    <w:p w14:paraId="26719FDF" w14:textId="77777777" w:rsidR="0054783F" w:rsidRPr="002B0B74" w:rsidRDefault="00A77680" w:rsidP="00383AF4">
      <w:pPr>
        <w:jc w:val="both"/>
        <w:rPr>
          <w:lang w:val="pl-PL"/>
        </w:rPr>
      </w:pPr>
      <w:r w:rsidRPr="002B0B74">
        <w:rPr>
          <w:lang w:val="pl-PL"/>
        </w:rPr>
        <w:t>Adres e-mail do spraw członkowskich: .............................................................................</w:t>
      </w:r>
    </w:p>
    <w:p w14:paraId="700EE8C1" w14:textId="77777777" w:rsidR="0054783F" w:rsidRPr="002B0B74" w:rsidRDefault="00A77680" w:rsidP="00383AF4">
      <w:pPr>
        <w:jc w:val="both"/>
        <w:rPr>
          <w:lang w:val="pl-PL"/>
        </w:rPr>
      </w:pPr>
      <w:r w:rsidRPr="002B0B74">
        <w:rPr>
          <w:lang w:val="pl-PL"/>
        </w:rPr>
        <w:t>Telefon (dobrowolnie): ....................................................................................................</w:t>
      </w:r>
    </w:p>
    <w:p w14:paraId="0704348B" w14:textId="77777777" w:rsidR="0054783F" w:rsidRPr="002B0B74" w:rsidRDefault="00A77680" w:rsidP="00383AF4">
      <w:pPr>
        <w:jc w:val="both"/>
        <w:rPr>
          <w:lang w:val="pl-PL"/>
        </w:rPr>
      </w:pPr>
      <w:r w:rsidRPr="002B0B74">
        <w:rPr>
          <w:lang w:val="pl-PL"/>
        </w:rPr>
        <w:t>Organizacja / stanowisko (dobrowolnie): .........................................................................</w:t>
      </w:r>
    </w:p>
    <w:p w14:paraId="476078DC" w14:textId="5D831D4A" w:rsidR="0054783F" w:rsidRPr="002B0B74" w:rsidRDefault="00A77680" w:rsidP="00383AF4">
      <w:pPr>
        <w:jc w:val="both"/>
        <w:rPr>
          <w:lang w:val="pl-PL"/>
        </w:rPr>
      </w:pPr>
      <w:r w:rsidRPr="002B0B74">
        <w:rPr>
          <w:lang w:val="pl-PL"/>
        </w:rPr>
        <w:t>Wnioskuję o członkostwo zwyczajne .</w:t>
      </w:r>
    </w:p>
    <w:p w14:paraId="58F0E93C" w14:textId="77777777" w:rsidR="00383AF4" w:rsidRDefault="00383AF4" w:rsidP="00383AF4">
      <w:pPr>
        <w:pStyle w:val="Nagwek1"/>
        <w:jc w:val="both"/>
        <w:rPr>
          <w:lang w:val="pl-PL"/>
        </w:rPr>
      </w:pPr>
    </w:p>
    <w:p w14:paraId="5B096AE2" w14:textId="49BC540A" w:rsidR="0054783F" w:rsidRPr="002B0B74" w:rsidRDefault="00A77680" w:rsidP="00383AF4">
      <w:pPr>
        <w:pStyle w:val="Nagwek1"/>
        <w:jc w:val="both"/>
        <w:rPr>
          <w:lang w:val="pl-PL"/>
        </w:rPr>
      </w:pPr>
      <w:r w:rsidRPr="002B0B74">
        <w:rPr>
          <w:lang w:val="pl-PL"/>
        </w:rPr>
        <w:t>2 Oświadczenia i zobowiązania</w:t>
      </w:r>
    </w:p>
    <w:p w14:paraId="13564D93" w14:textId="15698534" w:rsidR="0054783F" w:rsidRPr="002B0B74" w:rsidRDefault="00A77680" w:rsidP="00837BCF">
      <w:pPr>
        <w:ind w:left="567" w:hanging="567"/>
        <w:jc w:val="both"/>
        <w:rPr>
          <w:lang w:val="pl-PL"/>
        </w:rPr>
      </w:pPr>
      <w:r w:rsidRPr="002B0B74">
        <w:rPr>
          <w:lang w:val="pl-PL"/>
        </w:rPr>
        <w:t xml:space="preserve">1. </w:t>
      </w:r>
      <w:r w:rsidR="00837BCF">
        <w:rPr>
          <w:lang w:val="pl-PL"/>
        </w:rPr>
        <w:tab/>
      </w:r>
      <w:r w:rsidRPr="002B0B74">
        <w:rPr>
          <w:lang w:val="pl-PL"/>
        </w:rPr>
        <w:t>Wnoszę o przyjęcie mnie w poczet członków Stowarzyszenia. Potwierdzam zapoznanie się ze Statutem, akceptuję jego cele i zobowiązuję się przestrzegać jego postanowień oraz zgodnych z prawem i Statutem uchwał władz Stowarzyszenia.</w:t>
      </w:r>
    </w:p>
    <w:p w14:paraId="70EAC256" w14:textId="0C27D19E" w:rsidR="0054783F" w:rsidRPr="002B0B74" w:rsidRDefault="00A77680" w:rsidP="00837BCF">
      <w:pPr>
        <w:ind w:left="567" w:hanging="567"/>
        <w:jc w:val="both"/>
        <w:rPr>
          <w:lang w:val="pl-PL"/>
        </w:rPr>
      </w:pPr>
      <w:r w:rsidRPr="002B0B74">
        <w:rPr>
          <w:lang w:val="pl-PL"/>
        </w:rPr>
        <w:t xml:space="preserve">2. </w:t>
      </w:r>
      <w:r w:rsidR="00837BCF">
        <w:rPr>
          <w:lang w:val="pl-PL"/>
        </w:rPr>
        <w:tab/>
      </w:r>
      <w:r w:rsidRPr="002B0B74">
        <w:rPr>
          <w:lang w:val="pl-PL"/>
        </w:rPr>
        <w:t>Posiadam pełną zdolność do czynności prawnych i nie jestem pozbawiona/pozbawiony praw publicznych. Jestem obywatelem polskim albo cudzoziemcem mającym miejsce zamieszkania w Polsce. W razie niespełniania któregoś z tych warunków wskazuję ten fakt Zarządowi do oceny dopuszczalności przyjęcia zgodnie z § 4 Statutu: .........................................................</w:t>
      </w:r>
      <w:r w:rsidR="006B4B37">
        <w:rPr>
          <w:lang w:val="pl-PL"/>
        </w:rPr>
        <w:t>..........................</w:t>
      </w:r>
      <w:r w:rsidRPr="002B0B74">
        <w:rPr>
          <w:lang w:val="pl-PL"/>
        </w:rPr>
        <w:t>...</w:t>
      </w:r>
    </w:p>
    <w:p w14:paraId="792E5772" w14:textId="6EA156F0" w:rsidR="0054783F" w:rsidRPr="002B0B74" w:rsidRDefault="00A77680" w:rsidP="00837BCF">
      <w:pPr>
        <w:ind w:left="567" w:hanging="567"/>
        <w:jc w:val="both"/>
        <w:rPr>
          <w:lang w:val="pl-PL"/>
        </w:rPr>
      </w:pPr>
      <w:r w:rsidRPr="002B0B74">
        <w:rPr>
          <w:lang w:val="pl-PL"/>
        </w:rPr>
        <w:t xml:space="preserve">3. </w:t>
      </w:r>
      <w:r w:rsidR="00837BCF">
        <w:rPr>
          <w:lang w:val="pl-PL"/>
        </w:rPr>
        <w:tab/>
      </w:r>
      <w:r w:rsidRPr="002B0B74">
        <w:rPr>
          <w:lang w:val="pl-PL"/>
        </w:rPr>
        <w:t>Zobowiązuję się aktywnie uczestniczyć w działalności Stowarzyszenia i realizacji jego celów, w szczególności przez pracę społeczną, wsparcie organizacyjne lub merytoryczne, udział w projektach i wydarzeniach oraz dzielenie się wiedzą i doświadczeniem, stosownie do moich możliwości i uzgodnionego zakresu zaangażowania. Dodatkowe świadczenia pieniężne lub rzeczowe, poza prawidłowo ustanowionymi opłatami członkowskimi, wymagają mojego odrębnego zobowiązania.</w:t>
      </w:r>
    </w:p>
    <w:p w14:paraId="01DDBA83" w14:textId="5389788B" w:rsidR="0054783F" w:rsidRPr="002B0B74" w:rsidRDefault="00A77680" w:rsidP="00837BCF">
      <w:pPr>
        <w:ind w:left="567" w:hanging="567"/>
        <w:jc w:val="both"/>
        <w:rPr>
          <w:lang w:val="pl-PL"/>
        </w:rPr>
      </w:pPr>
      <w:r w:rsidRPr="002B0B74">
        <w:rPr>
          <w:lang w:val="pl-PL"/>
        </w:rPr>
        <w:t xml:space="preserve">4. </w:t>
      </w:r>
      <w:r w:rsidR="00837BCF">
        <w:rPr>
          <w:lang w:val="pl-PL"/>
        </w:rPr>
        <w:tab/>
      </w:r>
      <w:r w:rsidRPr="002B0B74">
        <w:rPr>
          <w:lang w:val="pl-PL"/>
        </w:rPr>
        <w:t xml:space="preserve">Zobowiązuję się </w:t>
      </w:r>
      <w:r w:rsidR="002B0B74" w:rsidRPr="002B0B74">
        <w:rPr>
          <w:lang w:val="pl-PL"/>
        </w:rPr>
        <w:t>uiścić jednorazowe wpisowe</w:t>
      </w:r>
      <w:r w:rsidR="002B0B74">
        <w:rPr>
          <w:lang w:val="pl-PL"/>
        </w:rPr>
        <w:t xml:space="preserve"> w wysokości 2</w:t>
      </w:r>
      <w:r w:rsidR="0099141E">
        <w:rPr>
          <w:lang w:val="pl-PL"/>
        </w:rPr>
        <w:t>0</w:t>
      </w:r>
      <w:r w:rsidR="002B0B74">
        <w:rPr>
          <w:lang w:val="pl-PL"/>
        </w:rPr>
        <w:t>0 zł oraz</w:t>
      </w:r>
      <w:r w:rsidR="002B0B74" w:rsidRPr="002B0B74">
        <w:rPr>
          <w:lang w:val="pl-PL"/>
        </w:rPr>
        <w:t xml:space="preserve"> </w:t>
      </w:r>
      <w:r w:rsidRPr="002B0B74">
        <w:rPr>
          <w:lang w:val="pl-PL"/>
        </w:rPr>
        <w:t>terminowo opłacać składki członkowskie w wysokości określanej przez Zarząd zgodnie ze Statutem.</w:t>
      </w:r>
    </w:p>
    <w:p w14:paraId="3248DE13" w14:textId="62611E98" w:rsidR="0054783F" w:rsidRPr="002B0B74" w:rsidRDefault="00A77680" w:rsidP="00837BCF">
      <w:pPr>
        <w:ind w:left="567" w:hanging="567"/>
        <w:jc w:val="both"/>
        <w:rPr>
          <w:lang w:val="pl-PL"/>
        </w:rPr>
      </w:pPr>
      <w:r w:rsidRPr="002B0B74">
        <w:rPr>
          <w:lang w:val="pl-PL"/>
        </w:rPr>
        <w:t xml:space="preserve">5. </w:t>
      </w:r>
      <w:r w:rsidR="00837BCF">
        <w:rPr>
          <w:lang w:val="pl-PL"/>
        </w:rPr>
        <w:tab/>
      </w:r>
      <w:r w:rsidRPr="002B0B74">
        <w:rPr>
          <w:lang w:val="pl-PL"/>
        </w:rPr>
        <w:t>Zobowiązuję się aktualizować dane niezbędne do obsługi członkostwa. Potwierdzam otrzymanie klauzuli informacyjnej RODO stanowiącej część niniejszego formularza.</w:t>
      </w:r>
    </w:p>
    <w:p w14:paraId="327387FD" w14:textId="77777777" w:rsidR="006B4B37" w:rsidRDefault="006B4B37">
      <w:pPr>
        <w:rPr>
          <w:lang w:val="pl-PL"/>
        </w:rPr>
      </w:pPr>
    </w:p>
    <w:p w14:paraId="39EAB6B6" w14:textId="77777777" w:rsidR="00383AF4" w:rsidRDefault="00383AF4">
      <w:pPr>
        <w:rPr>
          <w:lang w:val="pl-PL"/>
        </w:rPr>
      </w:pPr>
    </w:p>
    <w:p w14:paraId="307C585F" w14:textId="2D308854" w:rsidR="0054783F" w:rsidRPr="002B0B74" w:rsidRDefault="00A77680">
      <w:pPr>
        <w:rPr>
          <w:lang w:val="pl-PL"/>
        </w:rPr>
      </w:pPr>
      <w:r w:rsidRPr="002B0B74">
        <w:rPr>
          <w:lang w:val="pl-PL"/>
        </w:rPr>
        <w:t>Miejscowość i data: ................................  Podpis: ........................................................</w:t>
      </w:r>
    </w:p>
    <w:p w14:paraId="24993CAF" w14:textId="25B9D287" w:rsidR="006B4B37" w:rsidRDefault="006B4B37">
      <w:pPr>
        <w:spacing w:after="200" w:line="276" w:lineRule="auto"/>
        <w:rPr>
          <w:rFonts w:asciiTheme="majorHAnsi" w:eastAsiaTheme="majorEastAsia" w:hAnsiTheme="majorHAnsi" w:cstheme="majorBidi"/>
          <w:color w:val="000000"/>
          <w:spacing w:val="5"/>
          <w:kern w:val="28"/>
          <w:sz w:val="38"/>
          <w:szCs w:val="52"/>
          <w:lang w:val="pl-PL"/>
        </w:rPr>
      </w:pPr>
      <w:r>
        <w:rPr>
          <w:lang w:val="pl-PL"/>
        </w:rPr>
        <w:br w:type="page"/>
      </w:r>
    </w:p>
    <w:p w14:paraId="4108A637" w14:textId="77777777" w:rsidR="006B4B37" w:rsidRDefault="006B4B37" w:rsidP="006B4B37">
      <w:pPr>
        <w:pStyle w:val="Tytu"/>
        <w:jc w:val="center"/>
        <w:rPr>
          <w:lang w:val="pl-PL"/>
        </w:rPr>
      </w:pPr>
    </w:p>
    <w:p w14:paraId="29B25C65" w14:textId="05163C01" w:rsidR="0054783F" w:rsidRPr="00CA5495" w:rsidRDefault="00A77680" w:rsidP="006B4B37">
      <w:pPr>
        <w:pStyle w:val="Tytu"/>
        <w:jc w:val="center"/>
        <w:rPr>
          <w:b/>
          <w:bCs/>
          <w:lang w:val="pl-PL"/>
        </w:rPr>
      </w:pPr>
      <w:r w:rsidRPr="00CA5495">
        <w:rPr>
          <w:b/>
          <w:bCs/>
          <w:lang w:val="pl-PL"/>
        </w:rPr>
        <w:t>Dobrowolne zgody</w:t>
      </w:r>
    </w:p>
    <w:p w14:paraId="0E990855" w14:textId="77777777" w:rsidR="006B4B37" w:rsidRPr="006B4B37" w:rsidRDefault="006B4B37" w:rsidP="006B4B37">
      <w:pPr>
        <w:rPr>
          <w:lang w:val="pl-PL"/>
        </w:rPr>
      </w:pPr>
    </w:p>
    <w:p w14:paraId="3A8F6216" w14:textId="77777777" w:rsidR="0054783F" w:rsidRDefault="00A77680">
      <w:pPr>
        <w:rPr>
          <w:lang w:val="pl-PL"/>
        </w:rPr>
      </w:pPr>
      <w:r w:rsidRPr="002B0B74">
        <w:rPr>
          <w:lang w:val="pl-PL"/>
        </w:rPr>
        <w:t>Imię i nazwisko: ................................................................................................................</w:t>
      </w:r>
    </w:p>
    <w:p w14:paraId="69D8AE3A" w14:textId="77777777" w:rsidR="006B4B37" w:rsidRPr="002B0B74" w:rsidRDefault="006B4B37" w:rsidP="000624A0">
      <w:pPr>
        <w:jc w:val="both"/>
        <w:rPr>
          <w:lang w:val="pl-PL"/>
        </w:rPr>
      </w:pPr>
    </w:p>
    <w:p w14:paraId="29B2C634" w14:textId="77777777" w:rsidR="0054783F" w:rsidRPr="006B4B37" w:rsidRDefault="00A77680" w:rsidP="000624A0">
      <w:pPr>
        <w:jc w:val="both"/>
        <w:rPr>
          <w:b/>
          <w:bCs/>
          <w:i/>
          <w:iCs/>
          <w:color w:val="1F497D" w:themeColor="text2"/>
          <w:lang w:val="pl-PL"/>
        </w:rPr>
      </w:pPr>
      <w:r w:rsidRPr="006B4B37">
        <w:rPr>
          <w:b/>
          <w:bCs/>
          <w:i/>
          <w:iCs/>
          <w:color w:val="1F497D" w:themeColor="text2"/>
          <w:lang w:val="pl-PL"/>
        </w:rPr>
        <w:t>Każdą zgodę można wybrać niezależnie. Puste pole oznacza brak zgody. Brak zgody lub jej cofnięcie nie wpływa na przyjęcie do Stowarzyszenia ani na prawa członkowskie. Podpis pod tą częścią potwierdza wyłącznie zgody zaznaczone poniżej.</w:t>
      </w:r>
    </w:p>
    <w:p w14:paraId="4A6A750F" w14:textId="77777777" w:rsidR="0054783F" w:rsidRPr="002B0B74" w:rsidRDefault="00A77680" w:rsidP="000624A0">
      <w:pPr>
        <w:pStyle w:val="Nagwek1"/>
        <w:jc w:val="both"/>
        <w:rPr>
          <w:lang w:val="pl-PL"/>
        </w:rPr>
      </w:pPr>
      <w:r w:rsidRPr="002B0B74">
        <w:rPr>
          <w:lang w:val="pl-PL"/>
        </w:rPr>
        <w:t>1 Zgoda na dodatkowe przetwarzanie danych</w:t>
      </w:r>
    </w:p>
    <w:p w14:paraId="711994D1" w14:textId="77777777" w:rsidR="0054783F" w:rsidRPr="002B0B74" w:rsidRDefault="00A77680" w:rsidP="000624A0">
      <w:pPr>
        <w:jc w:val="both"/>
        <w:rPr>
          <w:lang w:val="pl-PL"/>
        </w:rPr>
      </w:pPr>
      <w:r w:rsidRPr="003247A2">
        <w:rPr>
          <w:b/>
          <w:bCs/>
          <w:lang w:val="pl-PL"/>
        </w:rPr>
        <w:t>☐</w:t>
      </w:r>
      <w:r w:rsidRPr="003247A2">
        <w:rPr>
          <w:b/>
          <w:bCs/>
          <w:lang w:val="pl-PL"/>
        </w:rPr>
        <w:t xml:space="preserve"> Wyrażam zgodę na przetwarzanie przez Stowarzyszenie „Women in Rail”</w:t>
      </w:r>
      <w:r w:rsidRPr="002B0B74">
        <w:rPr>
          <w:lang w:val="pl-PL"/>
        </w:rPr>
        <w:t xml:space="preserve"> mojego imienia i nazwiska, dobrowolnie wskazanej organizacji, stanowiska, opisu kompetencji oraz podanego przeze mnie e-maila kontaktowego w celu umieszczenia ich w wewnętrznym katalogu członków, dostępnym wyłącznie członkom i upoważnionym osobom obsługującym Stowarzyszenie, w celu ułatwienia kontaktów, współpracy i wymiany doświadczeń (art. 6 ust. 1 lit. a RODO).</w:t>
      </w:r>
    </w:p>
    <w:p w14:paraId="78C0397D" w14:textId="77777777" w:rsidR="000624A0" w:rsidRDefault="00A77680" w:rsidP="000624A0">
      <w:pPr>
        <w:jc w:val="both"/>
        <w:rPr>
          <w:lang w:val="pl-PL"/>
        </w:rPr>
      </w:pPr>
      <w:r w:rsidRPr="002B0B74">
        <w:rPr>
          <w:lang w:val="pl-PL"/>
        </w:rPr>
        <w:t xml:space="preserve">Dane / adres e-mail do katalogu (opcjonalnie inne niż wyżej): </w:t>
      </w:r>
    </w:p>
    <w:p w14:paraId="7D6F03FE" w14:textId="016A64A1" w:rsidR="0054783F" w:rsidRPr="002B0B74" w:rsidRDefault="00A77680" w:rsidP="000624A0">
      <w:pPr>
        <w:jc w:val="both"/>
        <w:rPr>
          <w:lang w:val="pl-PL"/>
        </w:rPr>
      </w:pPr>
      <w:r w:rsidRPr="002B0B74">
        <w:rPr>
          <w:lang w:val="pl-PL"/>
        </w:rPr>
        <w:t>................................................................................................................................................................................</w:t>
      </w:r>
    </w:p>
    <w:p w14:paraId="26F92109" w14:textId="77777777" w:rsidR="0054783F" w:rsidRPr="002B0B74" w:rsidRDefault="00A77680" w:rsidP="000624A0">
      <w:pPr>
        <w:jc w:val="both"/>
        <w:rPr>
          <w:lang w:val="pl-PL"/>
        </w:rPr>
      </w:pPr>
      <w:r w:rsidRPr="002B0B74">
        <w:rPr>
          <w:lang w:val="pl-PL"/>
        </w:rPr>
        <w:t>Dane niezbędne do rozpatrzenia deklaracji i obsługi członkostwa są przetwarzane na podstawach wskazanych w klauzuli informacyjnej, bez uzależniania tej obsługi od powyższej zgody.</w:t>
      </w:r>
    </w:p>
    <w:p w14:paraId="3E751031" w14:textId="77777777" w:rsidR="0054783F" w:rsidRPr="002B0B74" w:rsidRDefault="00A77680" w:rsidP="000624A0">
      <w:pPr>
        <w:pStyle w:val="Nagwek1"/>
        <w:jc w:val="both"/>
        <w:rPr>
          <w:lang w:val="pl-PL"/>
        </w:rPr>
      </w:pPr>
      <w:r w:rsidRPr="002B0B74">
        <w:rPr>
          <w:lang w:val="pl-PL"/>
        </w:rPr>
        <w:t>2 Odrębne zgody na wykorzystanie wizerunku</w:t>
      </w:r>
    </w:p>
    <w:p w14:paraId="2BFAEAF0" w14:textId="77777777" w:rsidR="0054783F" w:rsidRPr="002B0B74" w:rsidRDefault="00A77680" w:rsidP="000624A0">
      <w:pPr>
        <w:jc w:val="both"/>
        <w:rPr>
          <w:lang w:val="pl-PL"/>
        </w:rPr>
      </w:pPr>
      <w:r w:rsidRPr="002B0B74">
        <w:rPr>
          <w:lang w:val="pl-PL"/>
        </w:rPr>
        <w:t>W zaznaczonym poniżej zakresie zezwalam Stowarzyszeniu „Women in Rail</w:t>
      </w:r>
      <w:r w:rsidRPr="002B0B74">
        <w:rPr>
          <w:lang w:val="pl-PL"/>
        </w:rPr>
        <w:t>”, na podstawie art. 81 ust. 1 ustawy o prawie autorskim i prawach pokrewnych, na nieodpłatne utrwalanie i wykorzystanie mojego wizerunku w fotografiach i nagraniach audiowizualnych wykonanych podczas wydarzeń i działań Stowarzyszenia lub przekazanych przeze mnie w tym celu. Jednocześnie wyrażam zgodę na przetwarzanie w tym zakresie danych obejmujących mój wizerunek (art. 6 ust. 1 lit. a RODO).</w:t>
      </w:r>
    </w:p>
    <w:p w14:paraId="5413C96F" w14:textId="77777777" w:rsidR="0054783F" w:rsidRPr="002B0B74" w:rsidRDefault="00A77680" w:rsidP="000624A0">
      <w:pPr>
        <w:jc w:val="both"/>
        <w:rPr>
          <w:lang w:val="pl-PL"/>
        </w:rPr>
      </w:pPr>
      <w:r w:rsidRPr="003247A2">
        <w:rPr>
          <w:b/>
          <w:bCs/>
          <w:lang w:val="pl-PL"/>
        </w:rPr>
        <w:t>☐</w:t>
      </w:r>
      <w:r w:rsidRPr="003247A2">
        <w:rPr>
          <w:b/>
          <w:bCs/>
          <w:lang w:val="pl-PL"/>
        </w:rPr>
        <w:t xml:space="preserve"> UŻYTEK WEWNĘTRZNY</w:t>
      </w:r>
      <w:r w:rsidRPr="002B0B74">
        <w:rPr>
          <w:lang w:val="pl-PL"/>
        </w:rPr>
        <w:t xml:space="preserve"> – dokumentowanie działalności, integracja społeczności i informowanie członków: wewnętrzne prezentacje, sprawozdania, kroniki oraz zamknięte repozytoria i materiały elektroniczne udostępniane członkom i upoważnionym osobom obsługującym Stowarzyszenie, bez publicznego rozpowszechniania.</w:t>
      </w:r>
    </w:p>
    <w:p w14:paraId="162395C5" w14:textId="77777777" w:rsidR="0054783F" w:rsidRPr="002B0B74" w:rsidRDefault="00A77680" w:rsidP="000624A0">
      <w:pPr>
        <w:jc w:val="both"/>
        <w:rPr>
          <w:lang w:val="pl-PL"/>
        </w:rPr>
      </w:pPr>
      <w:r w:rsidRPr="003247A2">
        <w:rPr>
          <w:b/>
          <w:bCs/>
          <w:lang w:val="pl-PL"/>
        </w:rPr>
        <w:t>☐</w:t>
      </w:r>
      <w:r w:rsidRPr="003247A2">
        <w:rPr>
          <w:b/>
          <w:bCs/>
          <w:lang w:val="pl-PL"/>
        </w:rPr>
        <w:t xml:space="preserve"> PUBLIKACJA ZEWNĘTRZNA</w:t>
      </w:r>
      <w:r w:rsidRPr="002B0B74">
        <w:rPr>
          <w:lang w:val="pl-PL"/>
        </w:rPr>
        <w:t xml:space="preserve"> – informowanie o działalności, edukacja, promocja celów statutowych i społeczności Women in Rail</w:t>
      </w:r>
      <w:r w:rsidRPr="002B0B74">
        <w:rPr>
          <w:lang w:val="pl-PL"/>
        </w:rPr>
        <w:t>: strona internetowa Stowarzyszenia; jego oficjalne profile LinkedIn, Instagram, Facebook i YouTube; publikacje drukowane i elektroniczne, biuletyny, raporty, broszury, plakaty, prezentacje, materiały konferencyjne i relacje prasowe. Zgoda obejmuje przekazanie materiałów mediom, partnerom i sponsorom w celu publikacji relacji z konkretnych wspólnych działań Stowarzyszenia, w tych samych celach i granicach, bez prawa do samodzielnej reklamy ich produktów lub usług z moim wizerunkiem.</w:t>
      </w:r>
    </w:p>
    <w:p w14:paraId="6E35765D" w14:textId="77777777" w:rsidR="0054783F" w:rsidRPr="002B0B74" w:rsidRDefault="00A77680" w:rsidP="000624A0">
      <w:pPr>
        <w:jc w:val="both"/>
        <w:rPr>
          <w:lang w:val="pl-PL"/>
        </w:rPr>
      </w:pPr>
      <w:r w:rsidRPr="002B0B74">
        <w:rPr>
          <w:lang w:val="pl-PL"/>
        </w:rPr>
        <w:t>Zakres wykorzystania obejmuje zapis cyfrowy i druk, zwielokrotnianie, rozpowszechnianie egzemplarzy, wyświetlanie, odtwarzanie i publiczne udostępnianie online w wybranych kanałach, bez ograniczeń terytorialnych. Dopuszczam kadrowanie, korektę koloru, montaż oraz łączenie z tekstem i innymi materiałami, z poszanowaniem mojej godności i bez zniekształcania znaczenia moich wypowiedzi. Zgoda nie obejmuje klonowania głosu, tworzenia syntetycznego wizerunku ani treningu modeli AI przez Stowarzyszenie.</w:t>
      </w:r>
    </w:p>
    <w:p w14:paraId="140AB8C9" w14:textId="77777777" w:rsidR="0054783F" w:rsidRPr="003247A2" w:rsidRDefault="00A77680" w:rsidP="000624A0">
      <w:pPr>
        <w:jc w:val="both"/>
        <w:rPr>
          <w:b/>
          <w:bCs/>
          <w:lang w:val="pl-PL"/>
        </w:rPr>
      </w:pPr>
      <w:r w:rsidRPr="003247A2">
        <w:rPr>
          <w:b/>
          <w:bCs/>
          <w:lang w:val="pl-PL"/>
        </w:rPr>
        <w:t>☐</w:t>
      </w:r>
      <w:r w:rsidRPr="003247A2">
        <w:rPr>
          <w:b/>
          <w:bCs/>
          <w:lang w:val="pl-PL"/>
        </w:rPr>
        <w:t xml:space="preserve"> Dodatkowo zgadzam się na podpisywanie mojego wizerunku imieniem i nazwiskiem oraz podaną przeze mnie funkcją lub organizacją w wybranych wyżej kanałach (art. 6 ust. 1 lit. a RODO). Bez tej zgody materiał nie będzie opatrywany tymi danymi.</w:t>
      </w:r>
    </w:p>
    <w:p w14:paraId="7A5FB92E" w14:textId="77777777" w:rsidR="0054783F" w:rsidRDefault="00A77680" w:rsidP="000624A0">
      <w:pPr>
        <w:jc w:val="both"/>
        <w:rPr>
          <w:lang w:val="pl-PL"/>
        </w:rPr>
      </w:pPr>
      <w:r w:rsidRPr="002B0B74">
        <w:rPr>
          <w:lang w:val="pl-PL"/>
        </w:rPr>
        <w:t>Zgody obowiązują do ich cofnięcia, także po ustaniu członkostwa. Mogę cofnąć każdą z nich oddzielnie, bez opłat, przez e-mail lub pismo na adres wskazany w klauzuli informacyjnej. Cofnięcie zgody na wizerunek oznacza także odwołanie zezwolenia na jego dalsze wykorzystanie w tym zakresie. Nie wpływa na zgodność z prawem wcześniejszego przetwarzania. Stowarzyszenie zaprzestanie dalszego wykorzystania, usunie materiały z kontrolowanych kanałów i podejmie wymagane prawem działania wobec odbiorców. Nie może zagw</w:t>
      </w:r>
      <w:r w:rsidRPr="002B0B74">
        <w:rPr>
          <w:lang w:val="pl-PL"/>
        </w:rPr>
        <w:t>arantować odzyskania już rozdanych druków ani usunięcia kopii sporządzonych niezależnie przez osoby trzecie; ograniczenie to nie wyłącza praw z RODO.</w:t>
      </w:r>
    </w:p>
    <w:p w14:paraId="2750345E" w14:textId="77777777" w:rsidR="006B4B37" w:rsidRPr="002B0B74" w:rsidRDefault="006B4B37">
      <w:pPr>
        <w:rPr>
          <w:lang w:val="pl-PL"/>
        </w:rPr>
      </w:pPr>
    </w:p>
    <w:p w14:paraId="45500276" w14:textId="77777777" w:rsidR="0054783F" w:rsidRPr="002B0B74" w:rsidRDefault="00A77680">
      <w:pPr>
        <w:rPr>
          <w:lang w:val="pl-PL"/>
        </w:rPr>
      </w:pPr>
      <w:r w:rsidRPr="002B0B74">
        <w:rPr>
          <w:lang w:val="pl-PL"/>
        </w:rPr>
        <w:t>Data: ....................................  Podpis: .............................................................................</w:t>
      </w:r>
    </w:p>
    <w:p w14:paraId="785EEF90" w14:textId="2548AF95" w:rsidR="0054783F" w:rsidRPr="00CA5495" w:rsidRDefault="00A77680" w:rsidP="006B4B37">
      <w:pPr>
        <w:rPr>
          <w:b/>
          <w:bCs/>
          <w:u w:val="single"/>
          <w:lang w:val="pl-PL"/>
        </w:rPr>
      </w:pPr>
      <w:r w:rsidRPr="002B0B74">
        <w:rPr>
          <w:lang w:val="pl-PL"/>
        </w:rPr>
        <w:br w:type="page"/>
      </w:r>
      <w:r w:rsidR="006B4B37" w:rsidRPr="00CA5495">
        <w:rPr>
          <w:b/>
          <w:bCs/>
          <w:u w:val="single"/>
          <w:lang w:val="pl-PL"/>
        </w:rPr>
        <w:lastRenderedPageBreak/>
        <w:t>K</w:t>
      </w:r>
      <w:r w:rsidRPr="00CA5495">
        <w:rPr>
          <w:b/>
          <w:bCs/>
          <w:u w:val="single"/>
          <w:lang w:val="pl-PL"/>
        </w:rPr>
        <w:t>lauzula informacyjna RODO</w:t>
      </w:r>
    </w:p>
    <w:p w14:paraId="6D19517C" w14:textId="77777777" w:rsidR="0054783F" w:rsidRPr="00B2774E" w:rsidRDefault="00A77680">
      <w:pPr>
        <w:rPr>
          <w:b/>
          <w:bCs/>
          <w:i/>
          <w:iCs/>
          <w:color w:val="1F497D" w:themeColor="text2"/>
          <w:lang w:val="pl-PL"/>
        </w:rPr>
      </w:pPr>
      <w:r w:rsidRPr="00B2774E">
        <w:rPr>
          <w:b/>
          <w:bCs/>
          <w:i/>
          <w:iCs/>
          <w:color w:val="1F497D" w:themeColor="text2"/>
          <w:lang w:val="pl-PL"/>
        </w:rPr>
        <w:t>Informacja zgodnie z art. 13 rozporządzenia Parlamentu Europejskiego i Rady (UE) 2016/679, zwanego dalej RODO. Część stanowiąca załącznik do deklaracji członkowskiej.</w:t>
      </w:r>
    </w:p>
    <w:p w14:paraId="7F57EAB8" w14:textId="77777777" w:rsidR="0054783F" w:rsidRPr="002B0B74" w:rsidRDefault="00A77680">
      <w:pPr>
        <w:pStyle w:val="Nagwek1"/>
        <w:rPr>
          <w:lang w:val="pl-PL"/>
        </w:rPr>
      </w:pPr>
      <w:r w:rsidRPr="002B0B74">
        <w:rPr>
          <w:lang w:val="pl-PL"/>
        </w:rPr>
        <w:t>1 Administrator i kontakt</w:t>
      </w:r>
    </w:p>
    <w:p w14:paraId="6AD48B9A" w14:textId="5F5D7580" w:rsidR="0054783F" w:rsidRPr="002B0B74" w:rsidRDefault="00A77680">
      <w:pPr>
        <w:rPr>
          <w:lang w:val="pl-PL"/>
        </w:rPr>
      </w:pPr>
      <w:r w:rsidRPr="002B0B74">
        <w:rPr>
          <w:lang w:val="pl-PL"/>
        </w:rPr>
        <w:t xml:space="preserve">Administratorem danych jest Stowarzyszenie „Women in Rail” z siedzibą w Warszawie. Adres do korespondencji: </w:t>
      </w:r>
      <w:r w:rsidR="00CB2D53" w:rsidRPr="00CB2D53">
        <w:rPr>
          <w:lang w:val="pl-PL"/>
        </w:rPr>
        <w:t>ul. MARCINA KASPRZAKA, nr 7, lok. 47, WARSZAWA, 01-211,</w:t>
      </w:r>
      <w:r w:rsidRPr="002B0B74">
        <w:rPr>
          <w:lang w:val="pl-PL"/>
        </w:rPr>
        <w:t xml:space="preserve">. Kontakt w sprawach danych osobowych, realizacji praw oraz cofnięcia zgód: </w:t>
      </w:r>
      <w:hyperlink r:id="rId8" w:history="1">
        <w:r w:rsidR="009F6A41" w:rsidRPr="00516F92">
          <w:rPr>
            <w:rStyle w:val="Hipercze"/>
            <w:lang w:val="pl-PL"/>
          </w:rPr>
          <w:t>agnieszka.lewocka@law-office.com.pl</w:t>
        </w:r>
      </w:hyperlink>
      <w:r w:rsidRPr="002B0B74">
        <w:rPr>
          <w:lang w:val="pl-PL"/>
        </w:rPr>
        <w:t xml:space="preserve">. </w:t>
      </w:r>
    </w:p>
    <w:p w14:paraId="76FC8F66" w14:textId="77777777" w:rsidR="0054783F" w:rsidRPr="002B0B74" w:rsidRDefault="00A77680">
      <w:pPr>
        <w:pStyle w:val="Nagwek1"/>
        <w:rPr>
          <w:lang w:val="pl-PL"/>
        </w:rPr>
      </w:pPr>
      <w:r w:rsidRPr="002B0B74">
        <w:rPr>
          <w:lang w:val="pl-PL"/>
        </w:rPr>
        <w:t>2 Cele i podstawy prawne</w:t>
      </w:r>
    </w:p>
    <w:p w14:paraId="52163104" w14:textId="77777777" w:rsidR="0054783F" w:rsidRPr="002B0B74" w:rsidRDefault="00A77680">
      <w:pPr>
        <w:rPr>
          <w:lang w:val="pl-PL"/>
        </w:rPr>
      </w:pPr>
      <w:r w:rsidRPr="002B0B74">
        <w:rPr>
          <w:lang w:val="pl-PL"/>
        </w:rPr>
        <w:t>a) Rozpatrzenie deklaracji, weryfikacja poparcia, prowadzenie ewidencji członków, wykonywanie praw i obowiązków wynikających z członkostwa, komunikacja organizacyjna i rozliczanie składek – art. 6 ust. 1 lit. b RODO, jako czynności zmierzające do nawiązania i wykonywania stosunku członkostwa.</w:t>
      </w:r>
      <w:r w:rsidRPr="002B0B74">
        <w:rPr>
          <w:lang w:val="pl-PL"/>
        </w:rPr>
        <w:br/>
      </w:r>
      <w:r w:rsidRPr="002B0B74">
        <w:rPr>
          <w:lang w:val="pl-PL"/>
        </w:rPr>
        <w:t>b) Wypełnianie obowiązków rachunkowych, podatkowych oraz innych obowiązków prawnych dotyczących dokumentacji – art. 6 ust. 1 lit. c RODO w związku z właściwymi przepisami, w szczególności ustawą o rachunkowości i Ordynacją podatkową.</w:t>
      </w:r>
      <w:r w:rsidRPr="002B0B74">
        <w:rPr>
          <w:lang w:val="pl-PL"/>
        </w:rPr>
        <w:br/>
        <w:t>c) Ustalenie, dochodzenie lub obrona roszczeń oraz zachowanie dowodu złożonych oświadczeń i zgód – art. 6 ust. 1 lit. f RODO; uzasadnionym interesem jest ochrona praw Stowarzyszenia i wykazanie zgodności działania z prawem.</w:t>
      </w:r>
      <w:r w:rsidRPr="002B0B74">
        <w:rPr>
          <w:lang w:val="pl-PL"/>
        </w:rPr>
        <w:br/>
      </w:r>
      <w:r w:rsidRPr="002B0B74">
        <w:rPr>
          <w:lang w:val="pl-PL"/>
        </w:rPr>
        <w:t>d) Prowadzenie wewnętrznego katalogu członków oraz wykorzystanie wizerunku i podpisów pod nim w wybranych kanałach – art. 6 ust. 1 lit. a RODO, wyłącznie w zakresie udzielonych zgód; rozpowszechnianie wizerunku także na podstawie udzielonego zezwolenia.</w:t>
      </w:r>
    </w:p>
    <w:p w14:paraId="3863551F" w14:textId="77777777" w:rsidR="0054783F" w:rsidRPr="002B0B74" w:rsidRDefault="00A77680">
      <w:pPr>
        <w:pStyle w:val="Nagwek1"/>
        <w:rPr>
          <w:lang w:val="pl-PL"/>
        </w:rPr>
      </w:pPr>
      <w:r w:rsidRPr="002B0B74">
        <w:rPr>
          <w:lang w:val="pl-PL"/>
        </w:rPr>
        <w:t>3 Odbiorcy i publikacja w internecie</w:t>
      </w:r>
    </w:p>
    <w:p w14:paraId="55C56AF7" w14:textId="77777777" w:rsidR="0054783F" w:rsidRPr="002B0B74" w:rsidRDefault="00A77680">
      <w:pPr>
        <w:rPr>
          <w:lang w:val="pl-PL"/>
        </w:rPr>
      </w:pPr>
      <w:r w:rsidRPr="002B0B74">
        <w:rPr>
          <w:lang w:val="pl-PL"/>
        </w:rPr>
        <w:t>Dane mogą otrzymywać upoważnione osoby, dostawcy usług IT, hostingu, poczty, przechowywania danych, obsługi księgowej i prawnej, w niezbędnym zakresie, oraz organy uprawnione na podstawie prawa. W granicach zgód odbiorcami mogą być członkowie Stowarzyszenia, media, partnerzy i sponsorzy. Publiczna publikacja oznacza dostęp nieograniczonego kręgu odbiorców oraz możliwość kopiowania i dalszego udostępniania. Operatorzy platform społecznościowych przetwarzają dane również na zasadach określonych we własnych po</w:t>
      </w:r>
      <w:r w:rsidRPr="002B0B74">
        <w:rPr>
          <w:lang w:val="pl-PL"/>
        </w:rPr>
        <w:t>litykach prywatności.</w:t>
      </w:r>
    </w:p>
    <w:p w14:paraId="11A5645E" w14:textId="01DFCFD4" w:rsidR="0054783F" w:rsidRPr="002B0B74" w:rsidRDefault="00A77680">
      <w:pPr>
        <w:rPr>
          <w:lang w:val="pl-PL"/>
        </w:rPr>
      </w:pPr>
      <w:r w:rsidRPr="002B0B74">
        <w:rPr>
          <w:lang w:val="pl-PL"/>
        </w:rPr>
        <w:t xml:space="preserve">Korzystanie z dostawców technologicznych i platform może wiązać się z przekazywaniem danych poza Europejski Obszar Gospodarczy, w tym do USA. Przekazanie może nastąpić wyłącznie przy spełnieniu wymogów rozdziału V RODO, w szczególności na podstawie właściwej decyzji o adekwatności lub standardowych klauzul umownych wraz z wymaganymi zabezpieczeniami. Informację o stosowanym mechanizmie i kopię zabezpieczeń można uzyskać u Administratora. </w:t>
      </w:r>
    </w:p>
    <w:p w14:paraId="11082D70" w14:textId="77777777" w:rsidR="0054783F" w:rsidRPr="002B0B74" w:rsidRDefault="00A77680">
      <w:pPr>
        <w:pStyle w:val="Nagwek1"/>
        <w:rPr>
          <w:lang w:val="pl-PL"/>
        </w:rPr>
      </w:pPr>
      <w:r w:rsidRPr="002B0B74">
        <w:rPr>
          <w:lang w:val="pl-PL"/>
        </w:rPr>
        <w:t>4 Okres przechowywania</w:t>
      </w:r>
    </w:p>
    <w:p w14:paraId="01C3D983" w14:textId="77777777" w:rsidR="0054783F" w:rsidRPr="002B0B74" w:rsidRDefault="00A77680">
      <w:pPr>
        <w:rPr>
          <w:lang w:val="pl-PL"/>
        </w:rPr>
      </w:pPr>
      <w:r w:rsidRPr="002B0B74">
        <w:rPr>
          <w:lang w:val="pl-PL"/>
        </w:rPr>
        <w:t>Dane członkowskie – przez czas rozpatrywania deklaracji i członkostwa; po odmowie przyjęcia lub ustaniu członkostwa wyłącznie w zakresie potrzebnym do obowiązków prawnych lub roszczeń, do upływu odpowiednich terminów. Dokumentacja księgowa – przez okres ustawowy, co do zasady 5 lat liczonych zgodnie z właściwymi przepisami. Dane na podstawie zgód – do cofnięcia zgody lub wcześniejszego ustania celu; po cofnięciu możliwe jest zachowanie ograniczonego dowodu zgody i jej cofnięcia na podstawie art. 6 ust. 1 li</w:t>
      </w:r>
      <w:r w:rsidRPr="002B0B74">
        <w:rPr>
          <w:lang w:val="pl-PL"/>
        </w:rPr>
        <w:t>t. f RODO do upływu terminów roszczeń. Potrzebę dalszego przechowywania Administrator okresowo weryfikuje.</w:t>
      </w:r>
    </w:p>
    <w:p w14:paraId="517C366E" w14:textId="77777777" w:rsidR="0054783F" w:rsidRPr="002B0B74" w:rsidRDefault="00A77680">
      <w:pPr>
        <w:pStyle w:val="Nagwek1"/>
        <w:rPr>
          <w:lang w:val="pl-PL"/>
        </w:rPr>
      </w:pPr>
      <w:r w:rsidRPr="002B0B74">
        <w:rPr>
          <w:lang w:val="pl-PL"/>
        </w:rPr>
        <w:t>5 Prawa i dobrowolność podania danych</w:t>
      </w:r>
    </w:p>
    <w:p w14:paraId="2540EA83" w14:textId="77777777" w:rsidR="0054783F" w:rsidRPr="002B0B74" w:rsidRDefault="00A77680">
      <w:pPr>
        <w:rPr>
          <w:lang w:val="pl-PL"/>
        </w:rPr>
      </w:pPr>
      <w:r w:rsidRPr="002B0B74">
        <w:rPr>
          <w:lang w:val="pl-PL"/>
        </w:rPr>
        <w:t>Przysługuje prawo dostępu, sprostowania, usunięcia i ograniczenia przetwarzania, a w przypadkach określonych w RODO także przenoszenia danych. Wobec przetwarzania opartego na art. 6 ust. 1 lit. f RODO można wnieść sprzeciw z przyczyn związanych ze szczególną sytuacją. Zgodę można cofnąć w każdej chwili, bez wpływu na zgodność z prawem wcześniejszego przetwarzania. Przysługuje skarga do Prezesa Urzędu Ochrony Danych Osobowych.</w:t>
      </w:r>
    </w:p>
    <w:p w14:paraId="4671782F" w14:textId="77777777" w:rsidR="0054783F" w:rsidRPr="002B0B74" w:rsidRDefault="00A77680">
      <w:pPr>
        <w:rPr>
          <w:lang w:val="pl-PL"/>
        </w:rPr>
      </w:pPr>
      <w:r w:rsidRPr="002B0B74">
        <w:rPr>
          <w:lang w:val="pl-PL"/>
        </w:rPr>
        <w:t>Podanie danych potrzebnych do ustalenia tożsamości, sprawdzenia warunków statutowych i kontaktu jest dobrowolne, lecz niezbędne do rozpatrzenia deklaracji i obsługi członkostwa. Pozostałe dane i zgody są opcjonalne. Nie stosuje się zautomatyzowanego podejmowania decyzji, w tym profilowania, wywołującego skutki prawne lub podobnie istotnie wpływającego na osobę.</w:t>
      </w:r>
    </w:p>
    <w:p w14:paraId="0A1C7FB0" w14:textId="77777777" w:rsidR="0054783F" w:rsidRPr="002B0B74" w:rsidRDefault="00A77680">
      <w:pPr>
        <w:rPr>
          <w:lang w:val="pl-PL"/>
        </w:rPr>
      </w:pPr>
      <w:r w:rsidRPr="002B0B74">
        <w:rPr>
          <w:lang w:val="pl-PL"/>
        </w:rPr>
        <w:br w:type="page"/>
      </w:r>
    </w:p>
    <w:sectPr w:rsidR="0054783F" w:rsidRPr="002B0B74" w:rsidSect="00B2774E">
      <w:headerReference w:type="default" r:id="rId9"/>
      <w:footerReference w:type="default" r:id="rId10"/>
      <w:pgSz w:w="12240" w:h="15840"/>
      <w:pgMar w:top="936" w:right="1080" w:bottom="864"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D2965" w14:textId="77777777" w:rsidR="00A77680" w:rsidRDefault="00A77680">
      <w:pPr>
        <w:spacing w:after="0"/>
      </w:pPr>
      <w:r>
        <w:separator/>
      </w:r>
    </w:p>
  </w:endnote>
  <w:endnote w:type="continuationSeparator" w:id="0">
    <w:p w14:paraId="3C57B3F5" w14:textId="77777777" w:rsidR="00A77680" w:rsidRDefault="00A7768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D7610" w14:textId="48EF24F5" w:rsidR="0054783F" w:rsidRPr="00682F66" w:rsidRDefault="00A77680">
    <w:pPr>
      <w:pStyle w:val="Stopka"/>
      <w:jc w:val="right"/>
      <w:rPr>
        <w:b/>
        <w:bCs/>
        <w:color w:val="1F497D" w:themeColor="text2"/>
      </w:rPr>
    </w:pPr>
    <w:r w:rsidRPr="00682F66">
      <w:rPr>
        <w:b/>
        <w:bCs/>
        <w:color w:val="1F497D" w:themeColor="text2"/>
      </w:rPr>
      <w:t xml:space="preserve">Women in Rail </w:t>
    </w:r>
    <w:r w:rsidR="00682F66" w:rsidRPr="00682F66">
      <w:rPr>
        <w:b/>
        <w:bCs/>
        <w:color w:val="1F497D" w:themeColor="text2"/>
      </w:rPr>
      <w:t xml:space="preserve">- </w:t>
    </w:r>
    <w:r w:rsidR="00682F66" w:rsidRPr="00682F66">
      <w:rPr>
        <w:b/>
        <w:bCs/>
        <w:color w:val="1F497D" w:themeColor="text2"/>
        <w:lang w:val="pl-PL"/>
      </w:rPr>
      <w:t xml:space="preserve">Strona </w:t>
    </w:r>
    <w:r w:rsidR="00682F66" w:rsidRPr="00682F66">
      <w:rPr>
        <w:b/>
        <w:bCs/>
        <w:color w:val="1F497D" w:themeColor="text2"/>
      </w:rPr>
      <w:fldChar w:fldCharType="begin"/>
    </w:r>
    <w:r w:rsidR="00682F66" w:rsidRPr="00682F66">
      <w:rPr>
        <w:b/>
        <w:bCs/>
        <w:color w:val="1F497D" w:themeColor="text2"/>
      </w:rPr>
      <w:instrText>PAGE  \* Arabic  \* MERGEFORMAT</w:instrText>
    </w:r>
    <w:r w:rsidR="00682F66" w:rsidRPr="00682F66">
      <w:rPr>
        <w:b/>
        <w:bCs/>
        <w:color w:val="1F497D" w:themeColor="text2"/>
      </w:rPr>
      <w:fldChar w:fldCharType="separate"/>
    </w:r>
    <w:r w:rsidR="00682F66" w:rsidRPr="00682F66">
      <w:rPr>
        <w:b/>
        <w:bCs/>
        <w:color w:val="1F497D" w:themeColor="text2"/>
        <w:lang w:val="pl-PL"/>
      </w:rPr>
      <w:t>1</w:t>
    </w:r>
    <w:r w:rsidR="00682F66" w:rsidRPr="00682F66">
      <w:rPr>
        <w:b/>
        <w:bCs/>
        <w:color w:val="1F497D" w:themeColor="text2"/>
      </w:rPr>
      <w:fldChar w:fldCharType="end"/>
    </w:r>
    <w:r w:rsidR="00682F66" w:rsidRPr="00682F66">
      <w:rPr>
        <w:b/>
        <w:bCs/>
        <w:color w:val="1F497D" w:themeColor="text2"/>
        <w:lang w:val="pl-PL"/>
      </w:rPr>
      <w:t xml:space="preserve"> z </w:t>
    </w:r>
    <w:r w:rsidR="00682F66" w:rsidRPr="00682F66">
      <w:rPr>
        <w:b/>
        <w:bCs/>
        <w:color w:val="1F497D" w:themeColor="text2"/>
      </w:rPr>
      <w:fldChar w:fldCharType="begin"/>
    </w:r>
    <w:r w:rsidR="00682F66" w:rsidRPr="00682F66">
      <w:rPr>
        <w:b/>
        <w:bCs/>
        <w:color w:val="1F497D" w:themeColor="text2"/>
      </w:rPr>
      <w:instrText>NUMPAGES  \* Arabic  \* MERGEFORMAT</w:instrText>
    </w:r>
    <w:r w:rsidR="00682F66" w:rsidRPr="00682F66">
      <w:rPr>
        <w:b/>
        <w:bCs/>
        <w:color w:val="1F497D" w:themeColor="text2"/>
      </w:rPr>
      <w:fldChar w:fldCharType="separate"/>
    </w:r>
    <w:r w:rsidR="00682F66" w:rsidRPr="00682F66">
      <w:rPr>
        <w:b/>
        <w:bCs/>
        <w:color w:val="1F497D" w:themeColor="text2"/>
        <w:lang w:val="pl-PL"/>
      </w:rPr>
      <w:t>2</w:t>
    </w:r>
    <w:r w:rsidR="00682F66" w:rsidRPr="00682F66">
      <w:rPr>
        <w:b/>
        <w:bCs/>
        <w:color w:val="1F497D" w:themeColor="text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8AF26" w14:textId="77777777" w:rsidR="00A77680" w:rsidRDefault="00A77680">
      <w:pPr>
        <w:spacing w:after="0"/>
      </w:pPr>
      <w:r>
        <w:separator/>
      </w:r>
    </w:p>
  </w:footnote>
  <w:footnote w:type="continuationSeparator" w:id="0">
    <w:p w14:paraId="108AA999" w14:textId="77777777" w:rsidR="00A77680" w:rsidRDefault="00A7768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59FF4" w14:textId="77777777" w:rsidR="0054783F" w:rsidRPr="00682F66" w:rsidRDefault="00A77680" w:rsidP="00AA2DF6">
    <w:pPr>
      <w:pStyle w:val="Nagwek"/>
      <w:jc w:val="right"/>
      <w:rPr>
        <w:b/>
        <w:bCs/>
        <w:color w:val="1F497D" w:themeColor="text2"/>
      </w:rPr>
    </w:pPr>
    <w:r w:rsidRPr="00682F66">
      <w:rPr>
        <w:b/>
        <w:bCs/>
        <w:color w:val="1F497D" w:themeColor="text2"/>
        <w:sz w:val="16"/>
      </w:rPr>
      <w:t>WOMEN IN RAIL  |  DEKLARACJA CZŁONKOWSKA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1183978564">
    <w:abstractNumId w:val="8"/>
  </w:num>
  <w:num w:numId="2" w16cid:durableId="332687332">
    <w:abstractNumId w:val="6"/>
  </w:num>
  <w:num w:numId="3" w16cid:durableId="1942371738">
    <w:abstractNumId w:val="5"/>
  </w:num>
  <w:num w:numId="4" w16cid:durableId="1595238017">
    <w:abstractNumId w:val="4"/>
  </w:num>
  <w:num w:numId="5" w16cid:durableId="179901925">
    <w:abstractNumId w:val="7"/>
  </w:num>
  <w:num w:numId="6" w16cid:durableId="182592125">
    <w:abstractNumId w:val="3"/>
  </w:num>
  <w:num w:numId="7" w16cid:durableId="1014959940">
    <w:abstractNumId w:val="2"/>
  </w:num>
  <w:num w:numId="8" w16cid:durableId="885993217">
    <w:abstractNumId w:val="1"/>
  </w:num>
  <w:num w:numId="9" w16cid:durableId="1840465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24A0"/>
    <w:rsid w:val="0015074B"/>
    <w:rsid w:val="001C5A90"/>
    <w:rsid w:val="0029639D"/>
    <w:rsid w:val="002B0B74"/>
    <w:rsid w:val="003247A2"/>
    <w:rsid w:val="00326F90"/>
    <w:rsid w:val="00383AF4"/>
    <w:rsid w:val="0054783F"/>
    <w:rsid w:val="00617D96"/>
    <w:rsid w:val="00682F66"/>
    <w:rsid w:val="006B4B37"/>
    <w:rsid w:val="006F1C18"/>
    <w:rsid w:val="007D44F3"/>
    <w:rsid w:val="00837BCF"/>
    <w:rsid w:val="00842824"/>
    <w:rsid w:val="008B7C8E"/>
    <w:rsid w:val="0099141E"/>
    <w:rsid w:val="009F6A41"/>
    <w:rsid w:val="00A77680"/>
    <w:rsid w:val="00AA1D8D"/>
    <w:rsid w:val="00AA2DF6"/>
    <w:rsid w:val="00B2774E"/>
    <w:rsid w:val="00B47730"/>
    <w:rsid w:val="00C527DA"/>
    <w:rsid w:val="00CA5495"/>
    <w:rsid w:val="00CB0664"/>
    <w:rsid w:val="00CB2D5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855CFE2"/>
  <w14:defaultImageDpi w14:val="300"/>
  <w15:docId w15:val="{63DE1B4C-B040-4205-B364-7DBAFCFEB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80" w:line="240" w:lineRule="auto"/>
    </w:pPr>
    <w:rPr>
      <w:rFonts w:ascii="Calibri" w:hAnsi="Calibri"/>
      <w:sz w:val="20"/>
    </w:rPr>
  </w:style>
  <w:style w:type="paragraph" w:styleId="Nagwek1">
    <w:name w:val="heading 1"/>
    <w:basedOn w:val="Normalny"/>
    <w:next w:val="Normalny"/>
    <w:link w:val="Nagwek1Znak"/>
    <w:uiPriority w:val="9"/>
    <w:qFormat/>
    <w:rsid w:val="00FC693F"/>
    <w:pPr>
      <w:keepNext/>
      <w:keepLines/>
      <w:spacing w:before="180" w:after="100"/>
      <w:outlineLvl w:val="0"/>
    </w:pPr>
    <w:rPr>
      <w:rFonts w:asciiTheme="majorHAnsi" w:eastAsiaTheme="majorEastAsia" w:hAnsiTheme="majorHAnsi" w:cstheme="majorBidi"/>
      <w:b/>
      <w:bCs/>
      <w:color w:val="000000"/>
      <w:sz w:val="26"/>
      <w:szCs w:val="28"/>
    </w:rPr>
  </w:style>
  <w:style w:type="paragraph" w:styleId="Nagwek2">
    <w:name w:val="heading 2"/>
    <w:basedOn w:val="Normalny"/>
    <w:next w:val="Normalny"/>
    <w:link w:val="Nagwek2Znak"/>
    <w:uiPriority w:val="9"/>
    <w:unhideWhenUsed/>
    <w:qFormat/>
    <w:rsid w:val="00FC693F"/>
    <w:pPr>
      <w:keepNext/>
      <w:keepLines/>
      <w:spacing w:before="180" w:after="100"/>
      <w:outlineLvl w:val="1"/>
    </w:pPr>
    <w:rPr>
      <w:rFonts w:asciiTheme="majorHAnsi" w:eastAsiaTheme="majorEastAsia" w:hAnsiTheme="majorHAnsi" w:cstheme="majorBidi"/>
      <w:b/>
      <w:bCs/>
      <w:color w:val="000000"/>
      <w:sz w:val="22"/>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spacing w:before="180" w:after="100"/>
      <w:contextualSpacing/>
    </w:pPr>
    <w:rPr>
      <w:rFonts w:asciiTheme="majorHAnsi" w:eastAsiaTheme="majorEastAsia" w:hAnsiTheme="majorHAnsi" w:cstheme="majorBidi"/>
      <w:color w:val="000000"/>
      <w:spacing w:val="5"/>
      <w:kern w:val="28"/>
      <w:sz w:val="38"/>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cze">
    <w:name w:val="Hyperlink"/>
    <w:basedOn w:val="Domylnaczcionkaakapitu"/>
    <w:uiPriority w:val="99"/>
    <w:unhideWhenUsed/>
    <w:rsid w:val="009F6A41"/>
    <w:rPr>
      <w:color w:val="0000FF" w:themeColor="hyperlink"/>
      <w:u w:val="single"/>
    </w:rPr>
  </w:style>
  <w:style w:type="character" w:styleId="Nierozpoznanawzmianka">
    <w:name w:val="Unresolved Mention"/>
    <w:basedOn w:val="Domylnaczcionkaakapitu"/>
    <w:uiPriority w:val="99"/>
    <w:semiHidden/>
    <w:unhideWhenUsed/>
    <w:rsid w:val="009F6A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gnieszka.lewocka@law-office.com.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1581</Words>
  <Characters>9486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11045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Agnieszka Lewocka</cp:lastModifiedBy>
  <cp:revision>18</cp:revision>
  <dcterms:created xsi:type="dcterms:W3CDTF">2026-10-18T11:04:00Z</dcterms:created>
  <dcterms:modified xsi:type="dcterms:W3CDTF">2026-10-19T08:15:00Z</dcterms:modified>
  <cp:category/>
</cp:coreProperties>
</file>